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ביצירות - שמונה תחנות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התחנות במסע הספרותי ואת השאלות המרכזיות שכל תחנה עוסקת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כותרת התחנה לבין הנושא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נושאים ספרותיים מרכזיים כמו זהות, אהבה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מעצב את מי שאנחנו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תמונה שלווה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צלם אנוש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התחנה שואלת איך זוכרים אדם ולא רק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מוזכר בעמוד תחת 'מה יש באתר'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בה 4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תחת 'מערכי שיעור'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בה 5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אידיליות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מאבק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לשאלה המרכזית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מעצב את מי שאנחנו)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רגע קטן חושף את כל עולמה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(מה מסתתר מאחורי תמונה שלווה)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(איך שיר קצר מכיל עולם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אהבה עושה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(מה קורה כשסיפור שובר את הכללים)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המורה תבדוק הבנה של נושא התחנה והשאלה המרכזית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זהות עוסקת במי שאנחנו כפרטים, מאבק וזיכרון עוסק בזכירת אנשים ואירועים מהעבר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בחירה ברורה בתחנה אחת מתוך השמונה, נימוק אישי המתייחס לשאלה המרכזית של התחנה, שימוש בלשון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שאלה רלוונטית לעולם הספרות, מחוברת לרעיון של זהות, אהבה, זיכרון או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לתוכן התחנות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אידיליות - תמונה שלווה עם סוד; משהו קצת אחר - שבירת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שמות שמונת התחנות ולבקש מהתלמידים לנחש על מה כל תחנה מדברת לפי הכותרת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תחנה ליצירה קונקרטית שכבר נלמדה בכיתה כדי להעמיק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בעל פה לפני הכתיבה כדי לעורר מוטיבציה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ביצירות - שמונה תחנות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הספרות לכיתה ט׳ יש שמונה תחנות, וכל תחנה עוסקת בנושא אחר דרך יצירות שונות. בדף הזה נתרגל להכיר את התחנות ואת השאלות שהן שואלות.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 הספרותי?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התחנה 'זהות' עוסקת בעיקר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מעצב את מי שאנחנו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התחנה 'אידיליות' שואלת מה מסתתר מאחורי: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יצירות יש בתחנת 'סיפור קצר'?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התחנה 'שואה וגבורה' עוסקת בשמירה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ורכוש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צלם אנוש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מסלולי לימוד קיימים באתר לכיתה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'אהבות' יש 6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התחנה 'מאבק וזיכרון' עוסקת רק באירועים היסטוריים, לא באנשים.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גם משחקים להטמעה כמו חידון וחדר בריחה.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'משהו קצת אחר' יש 5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תחנה באתר כוללת מערך שיעור של 45 דקות ושיעור כפול של 90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'שירה' יש 3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תחנת ה__________ עוסקת בשאלה מה מעצב את מי שאנחנו.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תחנת ה__________ שואלת איך רגע יומיומי קטן יכול לשאת סיפור חיים 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תחנת __________ עוסקת בשאלה מה אהבה עושה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באתר יש שלושה מסלולים: רגיל, חנ״מ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בתחנת __________ וגבורה שומרים על צלם אנוש גם בזמנים קשים.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תחנת __________ וזיכרון עוסקת בשאלה איך זוכרים אדם.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תחנה לשאלה המרכזית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אהבה עושה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מעצב את מי שאנחנו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אידיליות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קורה כשסיפור שובר את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רגע קטן חושף את כל עולמה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אהבות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שיר קצר מכיל עולם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משהו קצת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מסתתר מאחורי תמונה שלווה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תחנה אחת מתוך השמונה והסבירו במילים שלכם במה היא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תחנת 'זהות' לתחנת 'מאבק וזיכרון'?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צריכים לבחור תחנה אחת להתחיל ממנה את המסע הספרותי, איזו הייתם בוחרים ולמה? כתבו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מעניינת משלכם שהייתם רוצים שתחנה חדשה תעסוק בה, בהשראת הנושאים הקיימים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הספרותי?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 תחנה אחת והשאלה המרכזית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'אידיליות' ל'משהו קצת אחר'?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ביצירות - שמונה תחנות בספרות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