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שמונת התחנות במסע הספרותי ואת השאלות המרכזיות שכל תחנה עוסקת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כותרת התחנה לבין הנושא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נושאים ספרותיים מרכזיים כמו זהות, אהבה וזיכרון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מעצב את מי שאנחנו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צלם אנוש וזיכרון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התחנה שואלת איך זוכרים אדם ולא רק 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מוזכר בעמוד תחת 'מה יש באתר'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אידיליות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אהבות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תחנה לשאלה המרכזית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מעצב את מי שאנחנו)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רגע קטן חושף את כל עולמה של 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מסתתר מאחורי תמונה שלווה)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שיר קצר מכיל עולם שלם)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המורה תבדוק הבנה של נושא התחנה והשאלה המרכזית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בחירה ברורה בתחנה אחת מתוך השמונה, נימוק אישי המתייחס לשאלה המרכזית של התחנה, שימוש בלשון תקינה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לתוכן התחנות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אידיליות - תמונה שלווה עם סוד; משהו קצת אחר - שבירת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שמות שמונת התחנות ולבקש מהתלמידים לנחש על מה כל תחנה מדברת לפי הכותרת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תחנה ליצירה קונקרטית שכבר נלמדה בכיתה כדי להעמיק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שיתוף בעל פה לפני הכתיבה כדי לעורר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ביצירות - שמונה תחנות בספרות לכיתה ט׳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הספרות לכיתה ט׳ יש שמונה תחנות, וכל תחנה עוסקת בנושא אחר דרך יצירות שונות. בדף הזה נתרגל להכיר את התחנות ואת השאלות שהן שואלות.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אהבות  ·  זהות  ·  אידיליות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במסע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התחנה 'זהות' עוסקת בעיקר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מעצב את מי שאנחנו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התחנה 'שואה וגבורה' עוסקת בשמירה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צלם אנוש וזיכרון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 ספורט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בתחנת 'אהבות' יש 6 יצירות.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התחנה 'מאבק וזיכרון' עוסקת רק באירועים היסטוריים, לא באנשים.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יש גם משחקים להטמעה כמו חידון וחדר בריחה.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תחנת ה__________ עוסקת בשאלה מה מעצב את מי שאנחנו.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תחנת ה__________ שואלת איך רגע יומיומי קטן יכול לשאת סיפור חיים שלם.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תחנת __________ עוסקת בשאלה מה אהבה עושה לנו.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תחנה לשאלה המרכזית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מסתתר מאחורי תמונה שלווה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איך שיר קצר מכיל עולם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אידיליות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רגע קטן חושף את כל עולמה של 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מעצב את מי שאנחנו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תחנה אחת מתוך השמונה והסבירו במילים שלכם במה היא עוסקת.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אם הייתם צריכים לבחור תחנה אחת להתחיל ממנה את המסע הספרותי, איזו הייתם בוחרים ולמה? כתבו 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במסע הספרותי?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שמו תחנה אחת והשאלה המרכזית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ביצירות - שמונה תחנות בספרות לכיתה ט׳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